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 הפסים: חיות בעדר, הסוואה ונדידה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 מדויק בטקסטים מידעיים על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פרשנות והיסק, כולל זיהוי קשרי סיבה ותוצאה והבחנה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מידעית קצרה בהשראת הטקסטים על זברות, עדרים, הסוואה, נדידה והורות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מושגים משותפים (עדר, הגנה, הסוואה, נדידה) מכמה טקסטים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סוד הפסים: הזברה והעדר שלה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הזברה, הסוס והחמור שייכים לאותה משפחה.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מינים: זברת הערבות, זברת ההרים וזברת גרבי.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מספר שהזברות אוכלות עשב ומבלות שעות רבות בלעיסה.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סוד הפסים: הזברה והעדר שלה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חלק מהעדר, בעוד חלק אחר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אוכלים חלקים שונים של אותו העשב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סוד הפסים: הזברה והעדר שלה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בימים הראשונים האם מרחיקה זברות אחרות מהסייח, וכך הוא לומד להכיר את הפסים שלה, את הקול שלה ואת הריח שלה.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כוחו של העדר: לחיות בקבוצה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כשבעל חיים אחד מבחין בטורף הוא מזהיר את כולם.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 העדר מובילה המטריארכית – הנקבה הוותיקה והמנוסה ביותר.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במקום לברוח הם מסוגלים להתגונן 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כוחו של העדר: לחיות בקבוצה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להוביל את העדר בזכות הניסיון שלה ולזכור מקורות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פילים ותאואים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כוחו של העדר: לחיות בקבוצה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כוחו של העדר: לחיות בקבוצה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(מטריארכית מובילה ומזכירה מקורות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(הסתערות משותפת מול 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(מעגל הגנה סביב הצעירים)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(אפקט בלבול בתנועה משותפת)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אמני ההיעלמות: הסוואה בטבע – הבנה ואיתור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טורפים כמו נמרים וינשופים נעזרים בהסוואה כדי להתקרב בלי להתגלות.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בחורף הפרווה לבנה ועבה, ובקיץ דקה וחומה־אפורה.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גם נע לאט ומתנדנד כמו ענף ברוח, כך שההסוואה היא גם בצורה וגם בתנועה.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אמני ההיעלמות: הסוואה בטבע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אמני ההיעלמות: הסוואה בטבע – יישום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להסתוות בכל עונה וגם לשמור על חום גופו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משנה צבע ודוגמה בעזרת תאי צבע בעורו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אמני ההיעלמות: הסוואה בטבע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(מחליף צבע פרווה לפי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(נראה כמו ענף וגם נע כמוהו)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(משנה צבע ודוגמה בתוך שבריר 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(מחקה את צבעי האזהרה של צרעה)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מסעות ענק: נדידה בטבע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נדידה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מתאר את ישראל כגשר יבשתי צר בין שלוש יבשות.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נודדים בעקבות הגשם והעשב הטרי, לא בגלל קור.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מסעות ענק: נדידה בטבע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לחסוך אנרגיה ולהימנע מחציית ים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זהו השלב המסוכן ביותר במסע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מסעות ענק: נדידה בטבע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ישראל היא גשר יבשתי צר בין יבשות, כך שציפורים יכולות להימנע מחציית ים רחוק ולהיעזר בזרמי אוויר חם מהיבשה.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מנווטים לפי השמש, הכוכבים, השדה המגנטי של כדור הארץ ולעיתים גם לפי ריחות וסימני נוף.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הורים מכל הסוגים: הורות בטבע – זכרונות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אסטרטגיה של צאצאים רבים בלי טיפול הורי.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האב הוא שדוגר על הביצה, בעוד האם יוצאת לים לאכול.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על הפילים.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הורים מכל הסוגים: הורות בטבע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ממין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הורים מכל הסוגים: הורות בטבע – הבנה ויישום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האב, כ-65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 הקול והריח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הורים מכל הסוגים: הורות בטבע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(האב דוגר על הביצה על כפות רגליו)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(הזכר נושא את הביצים בכיס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העדר המשפחתי עוזר לגדל את הפילון)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(מטילה ביצה בקן של ציפור ממין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סיכום: משימות ומשחקים – נכון או לא נכון: חזרה על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נכתב שזברת הערבות היא המין הנפוץ ביותר, ועליה מספרים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 העדר מובילה המטריארכית – הנקבה הוותיקה והמנוסה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בלהקת דגים אין מנהיג, כל דג שומר מרחק קבוע מהשכנים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משימות ומשחקים – התאמה: מי עושה מה בעדר?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(הולכות בעקבות הגשם יחד עם הגנו ומגיעות למרעה טרי)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(הנקבה הוותיקה שמובילה את עדר הפילים וזוכרת מקורות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(עומדת במקום גבוה ומשמיעה קריאת אזהרה אצל הסוריקטות)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(יוצר מעגל הגנה סביב העגלים, הקרניים פונות כלפי חוץ)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נקודת דמיון אמיתית מהטקסטים, כמו ביטחון בקבוצה או שמירה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תתן דוגמה קונקרטית מהחוברת למשפט עובדתי ולמשפט שמביע דעה או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כנה המצביעה על ממד חזק וממד הדורש חיזוק, לא בהכרח תשובה 'נכונה'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ולסיים כל שיעור במשחק קצר מתאים (זיכרון פסים, מפת הנדידה, חידון)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לשלב את גרסת הטקסט עם ניקוד ומילון מצולם לפני המעבר למשימות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לפרק כל משימה לשלבים קצרים ולהוסיף תמיכה חזותית לצד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החוברת כדאי לקיים דיון קצר המחבר בין כל בעלי החיים שנלמדו סביב הרעיון המשותף של חיים בקבוצה והישרדות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 הפסים: חיות בעדר, הסוואה ונדידה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תפגשו טקסטים מידעיים על זברות ובעלי חיים נוספים, ותתרגלו איתור מידע, פרשנות, הערכה וכתיבה. עבדו פרק אחרי פרק, וקראו כל טקסט פעמיים לפני שאתם עונים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ממין אחר  ·  עגלים  ·  צבע  ·  זכר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סוד הפסים: הזברה והעדר שלה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הזברה היא קרובת משפחה של הסוס.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בעולם יש שני מיני זברות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הזברות הן צמחוניות ואוכלות בעיקר עשב.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סוד הפסים: הזברה והעדר שלה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נשאר ער בלילה כדי לשמור על העדר?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הזברות ביחד,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חלק מהעדר, בעוד חלק אחר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הזברות והגנו "מסתדרים יפה" בזמן הנדידה המשותפת?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אוכלים חלקים שונים של אותו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נלחמים זה בזה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הגנו מגן על הזברות מפני טורפים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סוד הפסים: הזברה והעדר שלה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הסייח לומד להכיר את אמו בתוך העדר הגדול, ולא מתבלבל בינה לבין זברות אחרות.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כוחו של העדר: לחיות בקבוצה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בקבוצה גדולה יש יותר עיניים ויותר אוזניים שיכולות לגלות טורפים.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עדר הפילים מוביל הזכר הצעיר ביותר במשפחה.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תאואים יכולים להתקבץ ולעמוד יחד מול אריה.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כוחו של העדר: לחיות בקבוצה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תפקידה העיקרי של המטריארכית בעדר הפילים?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לדאוג לאוכל לעצמה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להוביל את העדר בזכות הניסיון שלה ולזכור מקורות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לשמור רק על הזכרים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בעלי חיים מוזכרים בטקסט כמי שחיים בעדרים גדולים?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פילים ותאואים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נמלים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דגי זהב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כוחו של העדר: לחיות בקבוצה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אצל שוורי המושק המבוגרים עומדים במעגל סביב ה__________ כדי להגן עליהם.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כוחו של העדר: לחיות בקבוצה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מעגל הגנה סביב הצעירים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תאואים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אפקט בלבול בתנועה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שוורי מושק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הסתערות משותפת מול 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מטריארכית מובילה ומזכירה מקורות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אמני ההיעלמות: הסוואה בטבע – הבנה ואיתור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הסוואה בטבע עוזרת רק לבעלי חיים שהם טרף, ולא לטורפים.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שועל הקוטב מחליף את צבע הפרווה שלו פעמיים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חרק המקל רק נראה כמו ענף, אך אינו נע כמוהו.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אמני ההיעלמות: הסוואה בטבע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לדיונון יש בעורו מיליוני תאי __________ המחוברים לשרירים ולמערכת העצבים.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אמני ההיעלמות: הסוואה בטבע – יישום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הסיבה שבגללה שועל הקוטב מחליף צבע פרווה בין עונות?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להתחמם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להסתוות בכל עונה וגם לשמור על חום גופו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למשוך בן 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לדיונון תוך שבריר שנייה,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משנה צבע ודוגמה בעזרת תאי צבע בעורו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מטיל ביצים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אמני ההיעלמות: הסוואה בטבע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שועל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משנה צבע ודוגמה בתוך שבריר 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חרק המקל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מחקה את צבעי האזהרה של צרעה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הדיונון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מחליף צבע פרווה לפי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הזבוב רחפנית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נראה כמו ענף וגם נע כמוהו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מסעות ענק: נדידה בטבע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נדידה היא מסע עונתי קבוע שחוזר על עצמו מדי שנה, בדרך כלל הלוך וחזור.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ישראל משמשת כעין גשר יבשתי בין יבשות, ולכן עוברות מעליה ציפורים רבות.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הגנו והזברות נודדים באפריקה כדי לברוח מהקור.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מסעות ענק: נדידה בטבע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מטרה נעזרות ציפורים גדולות כמו חסידות בזרמי אוויר חם מעל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לחסוך אנרגיה ולהימנע מחציית ים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לעוף גבוה יותר מהעננים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למצוא מזון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לגנו ולזברות כשהם חוצים נהרות בדרך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זהו השלב הבטוח ביותר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זהו השלב המסוכן ביותר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עוצרים לנוח שם זמן 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מסעות ענק: נדידה בטבע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ישראל נחשבת מקום מיוחד לנדידת ציפורים.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שמסביר איך בעלי חיים נודדים מוצאים את דרכם בלי מפה.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הורים מכל הסוגים: הורות בטבע – זכרונות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צבי הים מטילים הרבה ביצים בחול ולא מטפלים בהן.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אצל הפינגווין הקיסרי האם היא זו שדוגרת על הביצה במשך כ-65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הריון של פילה נמשך כ-22 חודשים, הארוך ביותר בין יונקי היבשה.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הורים מכל הסוגים: הורות בטבע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אצל סוסון הים, ה__________ נושא את הביצים בכיס מיוחד עד הבקיעה.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הקוקייה מטילה ביצה בקן של ציפור __________, וההורים המאמצים מטפלים באפרוח.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הורים מכל הסוגים: הורות בטבע – הבנה ויישום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דוגר על הביצה אצל הפינגווין הקיסרי, ובמשך כמה זמן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האם,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האב,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 ההורים יחד,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מזהה אם עטלף את הגור שלה מתוך מיליוני עטלפים במערה?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לפי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לפי הקול והריח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לפי מיקום קבוע בתקרה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הורים מכל הסוגים: הורות בטבע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פינגווין קיסרי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העדר המשפחתי עוזר לגדל את הפילון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סוסון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מטילה ביצה בקן של ציפור ממין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הזכר נושא את הביצים בכיס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האב דוגר על הביצה על כפות רגליו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סיכום: משימות ומשחקים – נכון או לא נכון: חזרה על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זברת הערבות היא המין הנפוץ ביותר מבין שלושת מיני הזברות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בעדר הפילים, הזכר המבוגר ביותר הוא זה שמוביל את העדר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בלהקת דגים יש דג אחד שמנהיג ומכוון את כל שאר הדגים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סיכום: משימות ומשחקים – התאמה: מי עושה מה בעדר?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עומדת במקום גבוה ומשמיעה קריאת אזהרה אצל הסוריקטות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מטריארכית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הולכות בעקבות הגשם יחד עם הגנו ומגיעות למרעה טרי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זקיפה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יוצר מעגל הגנה סביב העגלים, הקרניים פונות כלפי 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שור המושק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הנקבה הוותיקה שמובילה את עדר הפילים וזוכרת מקורות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דבר אחד שלמדתי על החיים בעדר אצל הזברות, ודבר דומה שמצאתי אצל בעל חיים אחר בחוברת?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אני יודע/ת להבדיל בין משפט שהוא עובדה לבין משפט שהוא דעה בטקסט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סוד הפסים: חיות בעדר, הסוואה ונדידה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