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סוד הפסים: חיות בעדר, הסוואה ונדידה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איתור מידע מדויק בטקסטים מידעיים על בעלי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פרשנות והיסק, כולל זיהוי קשרי סיבה ותוצאה והבחנה בין עובדה לדעה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מידעית קצרה בהשראת הטקסטים על זברות, עדרים, הסוואה, נדידה והורות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מושגים משותפים (עדר, הגנה, הסוואה, נדידה) מכמה טקסטים בחוברת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סוד הפסים: הזברה והעדר שלה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הזברה, הסוס והחמור שייכים לאותה משפחה.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שלושה מינים: זברת הערבות, זברת ההרים וזברת גרבי.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הטקסט מספר שהזברות אוכלות עשב ומבלות שעות רבות בלעיסה.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הזברות הולכות בעקבות הגשם, כי במקום שירד בו גשם צומח עשב טרי.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סוד הפסים: הזברה והעדר שלה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חלק מהעדר, בעוד חלק אחר נח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הם אוכלים חלקים שונים של אותו העשב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הם עוזבים ומצטרפים לקבוצת זכרים צעירים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יש יותר עיניים ואוזניים ששומרות מפני טורפים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כי אין שתי זברות עם אותו דגם פסים בדיוק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סוד הפסים: הזברה והעדר שלה – חשיבה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בימים הראשונים האם מרחיקה זברות אחרות מהסייח, וכך הוא לומד להכיר את הפסים שלה, את הקול שלה ואת הריח שלה.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כך תמיד יש זברות ערות שמבחינות בטורפים ומזהירות את השאר, והעדר כולו בטוח יותר מאשר אם כל הזברות היו ישנות יחד.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טורף היה יכול להתקרב בלי שאף זברה תבחין בו ותזהיר את העדר, וכך הסכנה לכל הזברות היתה גדלה.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כוחו של העדר: לחיות בקבוצה –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כשבעל חיים אחד מבחין בטורף הוא מזהיר את כולם.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את העדר מובילה המטריארכית – הנקבה הוותיקה והמנוסה ביותר.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במקום לברוח הם מסוגלים להתגונן יחד.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בלהקת דגים אין מנהיג, כל דג שומר מרחק מהשכנים שלו.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הזקיפה משמיעה קריאת אזהרה כשהיא מבחינה בסכנה.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כוחו של העדר: לחיות בקבוצה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להוביל את העדר בזכות הניסיון שלה ולזכור מקורות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התנועה המהירה והמשותפת יוצרת בלבול אצל הטורף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פילים ותאואים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הסיכוי הקטן יותר של כל פרט להיתפס כשהוא חלק מקבוצה גדולה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כוחו של העדר: לחיות בקבוצה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לברוח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כוחו של העדר: לחיות בקבוצה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(מטריארכית מובילה ומזכירה מקורות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(הסתערות משותפת מול טורף)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(מעגל הגנה סביב הצעירים)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(אפקט בלבול בתנועה משותפת)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(זקיפה ששומרת ומזהירה מסכנה)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אמני ההיעלמות: הסוואה בטבע – הבנה ואיתור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גם טורפים כמו נמרים וינשופים נעזרים בהסוואה כדי להתקרב בלי להתגלות.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בחורף הפרווה לבנה ועבה, ובקיץ דקה וחומה־אפורה.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הוא גם נע לאט ומתנדנד כמו ענף ברוח, כך שההסוואה היא גם בצורה וגם בתנועה.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נכתב בטקסט על הזיקית.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אמני ההיעלמות: הסוואה בטבע – השלמת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צרעות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אמני ההיעלמות: הסוואה בטבע – יישום והבחנה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כדי להסתוות בכל עונה וגם לשמור על חום גופו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הזבוב רחפנית שדומה בצבעיו לצרעה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תקשורת בין זכרים וויסות חום הגוף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הוא משנה צבע ודוגמה בעזרת תאי צבע בעורו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אמני ההיעלמות: הסוואה בטבע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(מחליף צבע פרווה לפי העונה)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(נראה כמו ענף וגם נע כמוהו)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(משנה צבע ודוגמה בתוך שבריר שנייה)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(מחקה את צבעי האזהרה של צרעה)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(משנה צבע בעיקר לתקשורת ולוויסות חום)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מסעות ענק: נדידה בטבע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מוגדרת נדידה בטקסט.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הטקסט מתאר את ישראל כגשר יבשתי צר בין שלוש יבשות.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הם נודדים בעקבות הגשם והעשב הטרי, לא בגלל קור.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בזמן הלידה וההנקה הם כמעט אינם אוכלים וחיים מהשומן שאגרו.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מסעות ענק: נדידה בטבע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לחסוך אנרגיה ולהימנע מחציית ים רחוק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זהו השלב המסוכן ביותר במסע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שחפית הקוטב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כי פרפר בודד אינו חי מספיק זמן כדי לעבור את כל המרחק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מסעות ענק: נדידה בטבע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ישראל היא גשר יבשתי צר בין יבשות, כך שציפורים יכולות להימנע מחציית ים רחוק ולהיעזר בזרמי אוויר חם מהיבשה.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הם מנווטים לפי השמש, הכוכבים, השדה המגנטי של כדור הארץ ולעיתים גם לפי ריחות וסימני נוף.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היא מציינת נתון שאינו בטוח לחלוטין; חשוב לציין זאת כדי לשמור על דיוק ואמינות ולא להציג הערכה כעובדה ודאית.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דומה: שניהם נעים לכיוון תנאים טובים יותר. שונה: הגנו נעים בעקבות גשם ועשב טרי, והלווייתנים נעים בין מים קרים עשירים במזון למים טרופיים חמים לצורך לידה והנקה.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הורים מכל הסוגים: הורות בטבע – זכרונות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אסטרטגיה של צאצאים רבים בלי טיפול הורי.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האב הוא שדוגר על הביצה, בעוד האם יוצאת לים לאכול.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בטקסט על הפילים.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הזכר הוא זה שנושא את הביצים בכיס.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הורים מכל הסוגים: הורות בטבע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ממין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הורים מכל הסוגים: הורות בטבע – הבנה ויישום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האב, כ-65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לפי הקול והריח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צאצאים רבים בלי טיפול, לעומת מעט צאצאים עם טיפול רב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הורים מכל הסוגים: הורות בטבע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(האב דוגר על הביצה על כפות רגליו)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(הזכר נושא את הביצים בכיס מיוחד)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(כל העדר המשפחתי עוזר לגדל את הפילון)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(מטילה ביצה בקן של ציפור ממין אחר)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סיכום: משימות ומשחקים – נכון או לא נכון: חזרה על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בטקסט נכתב שזברת הערבות היא המין הנפוץ ביותר, ועליה מספרים בכתבה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את העדר מובילה המטריארכית – הנקבה הוותיקה והמנוסה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בלהקת דגים אין מנהיג, כל דג שומר מרחק קבוע מהשכנים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היתרון המרכזי של חיים בקבוצה שמוזכר בכל הטקסטים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סיכום: משימות ומשחקים – התאמה: מי עושה מה בעדר?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(הולכות בעקבות הגשם יחד עם הגנו ומגיעות למרעה טרי)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(הנקבה הוותיקה שמובילה את עדר הפילים וזוכרת מקורות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(עומדת במקום גבוה ומשמיעה קריאת אזהרה אצל הסוריקטות)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(יוצר מעגל הגנה סביב העגלים, הקרניים פונות כלפי חוץ)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(נעה בלי מנהיג ויוצרת תנועה מבלבלת מול טורף)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(מגן על משפחתו מפני טורף בבעיטות ובנשיכות)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תזכיר נקודת דמיון אמיתית מהטקסטים, כמו ביטחון בקבוצה או שמירה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תתן דוגמה קונקרטית מהחוברת למשפט עובדתי ולמשפט שמביע דעה או הערכה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כנה המצביעה על ממד חזק וממד הדורש חיזוק, לא בהכרח תשובה 'נכונה'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פרק אחד בכל שיעור, ולסיים כל שיעור במשחק קצר מתאים (זיכרון פסים, מפת הנדידה, חידון)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אפשר לשלב את גרסת הטקסט עם ניקוד ומילון מצולם לפני המעבר למשימות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לפרק כל משימה לשלבים קצרים ולהוסיף תמיכה חזותית לצד כל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בסיום החוברת כדאי לקיים דיון קצר המחבר בין כל בעלי החיים שנלמדו סביב הרעיון המשותף של חיים בקבוצה והישרדות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סוד הפסים: חיות בעדר, הסוואה ונדידה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תפגשו טקסטים מידעיים על זברות ובעלי חיים נוספים, ותתרגלו איתור מידע, פרשנות, הערכה וכתיבה. עבדו פרק אחרי פרק, וקראו כל טקסט פעמיים לפני שאתם עונים על השאלות.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סוד הפסים: הזברה והעדר שלה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הזברה היא קרובת משפחה של הסוס.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בעולם יש שני מיני זברות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הזברות הן צמחוניות ואוכלות בעיקר עשב.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הזברות נודדות רק בחיפוש אחר מים, ולא אחר עשב.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סוד הפסים: הזברה והעדר שלה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נשאר ער בלילה כדי לשמור על העדר?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הזכר השליט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הזברות ביחד, בלי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חלק מהעדר, בעוד חלק אחר נח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הסייחים הצעירים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הזברות והגנו "מסתדרים יפה" בזמן הנדידה המשותפת?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אוכלים חלקים שונים של אותו העשב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נלחמים זה בזה על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הגנו מגן על הזברות מפני טורפים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הזברות גדולות בהרבה מהגנו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לזכרים הצעירים כשהם מתבגרים?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הופכים מיד לזכר השליט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עוזבים ומצטרפים לקבוצת זכרים צעירים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נשארים לנצח במשפחה המקורית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עוברים למשפחה של הגנו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מלבד מציאת עשב טרי, איזה יתרון נוסף יש לעדר גדול בזמן הנדידה?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יותר עיניים ואוזניים ששומרות מפני טורפים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פחות תחרות על 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הזברות רצות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 פחות מחלות בעדר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מדוע קשה לבלבל בין שתי זברות שונות לפי דגם הפסים שלהן?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אין שתי זברות עם אותו דגם פסים בדיוק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הטורפים לא רואים צבעים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הזברות מחליפות פסים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הפסים משתנים בכל יום מחדש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סוד הפסים: הזברה והעדר שלה – חשיבה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כיצד הסייח לומד להכיר את אמו בתוך העדר הגדול, ולא מתבלבל בינה לבין זברות אחרות.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במילים שלכם מהו היתרון שבכך שרק חלק מהעדר נח בלילה, בעוד חלק אחר ער ושומר.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לדעתכם, מה היה עלול לקרות אילו כל הזברות בעדר היו ישנות באותו הזמן בלילה? הסבירו בהתבסס על הכתוב.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כוחו של העדר: לחיות בקבוצה – איתור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בקבוצה גדולה יש יותר עיניים ויותר אוזניים שיכולות לגלות טורפים.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 עדר הפילים מוביל הזכר הצעיר ביותר במשפחה.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תאואים יכולים להתקבץ ולעמוד יחד מול אריה.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בלהקת דגים יש דג אחד שמנהיג ומכוון את כל השאר.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אצל הסוריקטות יש זקיפה שעומדת במקום גבוה ושומרת על הקבוצה.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כוחו של העדר: לחיות בקבוצה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תפקידה העיקרי של המטריארכית בעדר הפילים?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לדאוג לאוכל לעצמה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להוביל את העדר בזכות הניסיון שלה ולזכור מקורות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לשמור רק על הזכרים הצעירים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לעזוב את המשפחה כשהיא מתבגרת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קשה לטורף לתפוס דג אחד מתוך להקה גדולה?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הדגים גדולים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התנועה המהירה והמשותפת יוצרת בלבול אצל הטורף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הדגים מסתתרים בחול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יש להם צבעי אזהרה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בעלי חיים מוזכרים בטקסט כמי שחיים בעדרים גדולים?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פילים ותאואים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נמלים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דגי זהב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עטלפים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המשפט 'ביטחון במספרים' מתייחס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כמות המזון בקבוצה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הסיכוי הקטן יותר של כל פרט להיתפס כשהוא חלק מקבוצה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הצאצאים בעדר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גודל הקרניים של התאואים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כוחו של העדר: לחיות בקבוצה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אצל שוורי המושק המבוגרים עומדים במעגל סביב ה__________ כדי להגן עליהם.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בעדר התאואים, מול אריה מתקרב, הם יכולים להתקבץ ולהסתער יחד במקום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כוחו של העדר: לחיות בקבוצה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אפקט בלבול בתנועה משותפת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תאואים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מעגל הגנה סביב הצעירים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שוורי מושק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הסתערות משותפת מול טורף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דגים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זקיפה ששומרת ומזהירה מסכנה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סוריקטות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מטריארכית מובילה ומזכירה מקורות 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אמני ההיעלמות: הסוואה בטבע – הבנה ואיתור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הסוואה בטבע עוזרת רק לבעלי חיים שהם טרף, ולא לטורפים.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שועל הקוטב מחליף את צבע הפרווה שלו פעמיים בשנה.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חרק המקל רק נראה כמו ענף, אך אינו נע כמוהו.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הזיקית הים־תיכונית היא הזיקית היחידה שחיה בישראל.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אמני ההיעלמות: הסוואה בטבע – השלמת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לדיונון יש בעורו מיליוני תאי __________ המחוברים לשרירים ולמערכת העצבים.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הזבוב רחפנית מחקה את צבעי האזהרה של __________ כדי להרתיע טורפים, אף שהוא עצמו אינו מסוכן.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אמני ההיעלמות: הסוואה בטבע – יישום והבחנה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הסיבה שבגללה שועל הקוטב מחליף צבע פרווה בין עונות?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להתחמם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להסתוות בכל עונה וגם לשמור על חום גופו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למשוך בן זוג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לגדול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מהדוגמאות הבאות ממחישה חיקוי (מימיקרי) ולא הסוואה?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חרק המקל שנראה כמו ענף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הזבוב רחפנית שדומה בצבעיו לצרעה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שועל הקוטב שמחליף צבע פרווה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הדיונון שמשנה צבע ברקע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לפי מחקרים, מה הסיבה העיקרית לשינויי הצבע המהירים של הזיקית?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הסוואה מפני טורפים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תקשורת בין זכרים וויסות חום הגוף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הטעיית טרף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חיקוי של נחש ארסי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לדיונון תוך שבריר שנייה,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משנה צבע ודוגמה בעזרת תאי צבע בעורו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מטיל ביצים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נודד למקום חם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אמני ההיעלמות: הסוואה בטבע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שועל הקוטב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משנה צבע ודוגמה בתוך שבריר שנייה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חרק המקל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מחליף צבע פרווה לפי העונה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הדיונון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מחקה את צבעי האזהרה של צרעה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הזבוב רחפנית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משנה צבע בעיקר לתקשורת ולוויסות חום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הזיקית הים־תיכונית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נראה כמו ענף וגם נע כמוהו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מסעות ענק: נדידה בטבע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נדידה היא מסע עונתי קבוע שחוזר על עצמו מדי שנה, בדרך כלל הלוך וחזור.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ישראל משמשת כעין גשר יבשתי בין יבשות, ולכן עוברות מעליה ציפורים רבות.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הגנו והזברות נודדים באפריקה כדי לברוח מהקור.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לווייתני גדול-סנפיר אוכלים הרבה בזמן הלידה וההנקה במים הטרופיים.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מסעות ענק: נדידה בטבע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לאיזו מטרה נעזרות ציפורים גדולות כמו חסידות בזרמי אוויר חם מעל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לחסוך אנרגיה ולהימנע מחציית ים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לעוף גבוה יותר מהעננים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למצוא מזון באוויר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להימלט מציפורי טרף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לגנו ולזברות כשהם חוצים נהרות בדרך הנדידה?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זהו השלב הבטוח ביותר במסע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זהו השלב המסוכן ביותר במסע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עוצרים לנוח שם זמן 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נפרדים מהעדר לצמיתות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בעל חיים מחזיק בשיא מרחק הנדידה השנתי הארוך ביותר,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פרפר המונרך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לווייתן גדול-סנפיר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שחפית הקוטב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מדוע מסע הנדידה של פרפרי המונרך לצפון מתחלק בין כמה דורות של פרפרים?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פרפר בודד אינו חי מספיק זמן כדי לעבור את כל המרחק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הם לא יודעים לנווט בעצמם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הם נחים שנה שלמה באמצע הדרך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הם קטנים מדי לעוף למרחקים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מסעות ענק: נדידה בטבע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ישראל נחשבת מקום מיוחד לנדידת ציפורים.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שמסביר איך בעלי חיים נודדים מוצאים את דרכם בלי מפה.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בטקסט מופיעה לצד כמה עובדות ההערה 'לוודא'. מה המשמעות שלה, ולמה חשוב שתופיע בטקסט מידעי?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השוו בין נדידת הגנו באפריקה לנדידת הלווייתנים: מה דומה ומה שונה במטרת המסע של כל אחד?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הורים מכל הסוגים: הורות בטבע – זכרונות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צבי הים מטילים הרבה ביצים בחול ולא מטפלים בהן.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אצל הפינגווין הקיסרי האם היא זו שדוגרת על הביצה במשך כ-65 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הריון של פילה נמשך כ-22 חודשים, הארוך ביותר בין יונקי היבשה.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אצל סוסון הים, הנקבה נושאת את הביצים בכיס מיוחד.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הורים מכל הסוגים: הורות בטבע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אצל סוסון הים, ה__________ נושא את הביצים בכיס מיוחד עד הבקיעה.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הקוקייה מטילה ביצה בקן של ציפור __________, וההורים המאמצים מטפלים באפרוח.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הורים מכל הסוגים: הורות בטבע – הבנה ויישום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דוגר על הביצה אצל הפינגווין הקיסרי, ובמשך כמה זמן בערך?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האם, כ-65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האב, כ-65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 ההורים יחד, כ-65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האב, כ-22 חודשים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מזהה אם עטלף את הגור שלה מתוך מיליוני עטלפים במערה?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לפי הצבע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 הקול והריח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לפי מיקום קבוע בתקרה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לפי הגודל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ההבדל בין שתי אסטרטגיות ההורות המתוארות בפתיחת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צאצאים רבים בלי טיפול, לעומת מעט צאצאים עם טיפול 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בעלי החיים מטפלים באותה מידה בצאצאיהם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הבדל משמעותי בין המינים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בעלי החיים נוטשים את הצאצאים שלהם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הורים מכל הסוגים: הורות בטבע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פינגווין קיסרי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הזכר נושא את הביצים בכיס מיוחד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סוסון 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מטילה ביצה בקן של ציפור ממין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האב דוגר על הביצה על כפות רגליו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קוקייה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כל העדר המשפחתי עוזר לגדל את הפילון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סיכום: משימות ומשחקים – נכון או לא נכון: חזרה על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זברת הערבות היא המין הנפוץ ביותר מבין שלושת מיני הזברות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בעדר הפילים, הזכר המבוגר ביותר הוא זה שמוביל את העדר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בלהקת דגים יש דג אחד שמנהיג ומכוון את כל שאר הדגים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בקבוצה גדולה של בעלי חיים יש יותר עיניים ואוזניים ששומרות מפני טורפים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סיכום: משימות ומשחקים – התאמה: מי עושה מה בעדר?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זברות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מגן על משפחתו מפני טורף בבעיטות ובנשיכות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מטריארכית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הולכות בעקבות הגשם יחד עם הגנו ומגיעות למרעה טרי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זקיפה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נעה בלי מנהיג ויוצרת תנועה מבלבלת מול טורף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שור המושק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הנקבה הוותיקה שמובילה את עדר הפילים וזוכרת מקורות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להקת דגים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עומדת במקום גבוה ומשמיעה קריאת אזהרה אצל הסוריקטות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זכר שליט בזברות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יוצר מעגל הגנה סביב העגלים, הקרניים פונות כלפי חוץ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דבר אחד שלמדתי על החיים בעדר אצל הזברות, ודבר דומה שמצאתי אצל בעל חיים אחר בחוברת?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אני יודע/ת להבדיל בין משפט שהוא עובדה לבין משפט שהוא דעה בטקסט מידעי?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שני ממדי משימה (איתור מידע, פרשנות, הערכה, כתיבה) הרגשתי בהם הכי בטוח/ה, ובאיזה אני עדיין צריך/ה תרגול?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סוד הפסים: חיות בעדר, הסוואה ונדידה בטבע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